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00EDD" w14:textId="77777777" w:rsidR="00B155C9" w:rsidRPr="005161ED" w:rsidRDefault="00B155C9">
      <w:pPr>
        <w:jc w:val="center"/>
        <w:rPr>
          <w:b/>
          <w:sz w:val="20"/>
          <w:szCs w:val="13"/>
        </w:rPr>
      </w:pPr>
    </w:p>
    <w:p w14:paraId="70EF9944" w14:textId="47042B5B" w:rsidR="00D158E5" w:rsidRDefault="00000000">
      <w:pPr>
        <w:jc w:val="center"/>
      </w:pPr>
      <w:r>
        <w:rPr>
          <w:b/>
          <w:sz w:val="36"/>
        </w:rPr>
        <w:t>PRIJAVNI OBRAZAC EKIPE</w:t>
      </w:r>
    </w:p>
    <w:p w14:paraId="32D7C109" w14:textId="2AC65D72" w:rsidR="00D158E5" w:rsidRDefault="00000000">
      <w:pPr>
        <w:jc w:val="center"/>
      </w:pPr>
      <w:r>
        <w:rPr>
          <w:sz w:val="20"/>
        </w:rPr>
        <w:t>Sezona 2026</w:t>
      </w:r>
      <w:r w:rsidR="00B155C9">
        <w:rPr>
          <w:sz w:val="20"/>
        </w:rPr>
        <w:t>.</w:t>
      </w:r>
    </w:p>
    <w:p w14:paraId="1A154F83" w14:textId="77777777" w:rsidR="00D158E5" w:rsidRDefault="00D158E5"/>
    <w:tbl>
      <w:tblPr>
        <w:tblW w:w="0" w:type="auto"/>
        <w:jc w:val="center"/>
        <w:tblBorders>
          <w:top w:val="single" w:sz="6" w:space="0" w:color="A7B4C2"/>
          <w:left w:val="single" w:sz="6" w:space="0" w:color="A7B4C2"/>
          <w:bottom w:val="single" w:sz="6" w:space="0" w:color="A7B4C2"/>
          <w:right w:val="single" w:sz="6" w:space="0" w:color="A7B4C2"/>
          <w:insideH w:val="single" w:sz="6" w:space="0" w:color="A7B4C2"/>
          <w:insideV w:val="single" w:sz="6" w:space="0" w:color="A7B4C2"/>
        </w:tblBorders>
        <w:tblLook w:val="04A0" w:firstRow="1" w:lastRow="0" w:firstColumn="1" w:lastColumn="0" w:noHBand="0" w:noVBand="1"/>
      </w:tblPr>
      <w:tblGrid>
        <w:gridCol w:w="10766"/>
      </w:tblGrid>
      <w:tr w:rsidR="00D158E5" w14:paraId="42F0BC22" w14:textId="77777777">
        <w:trPr>
          <w:jc w:val="center"/>
        </w:trPr>
        <w:tc>
          <w:tcPr>
            <w:tcW w:w="10766" w:type="dxa"/>
            <w:shd w:val="clear" w:color="auto" w:fill="EEF2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9814E1" w14:textId="77777777" w:rsidR="00D158E5" w:rsidRDefault="00000000">
            <w:r>
              <w:rPr>
                <w:b/>
              </w:rPr>
              <w:t>Osnovne informacije</w:t>
            </w:r>
          </w:p>
          <w:p w14:paraId="6B65CFBB" w14:textId="77777777" w:rsidR="00D158E5" w:rsidRDefault="00000000">
            <w:pPr>
              <w:spacing w:after="20"/>
              <w:ind w:left="170"/>
            </w:pPr>
            <w:r>
              <w:rPr>
                <w:sz w:val="17"/>
              </w:rPr>
              <w:t>- Natjecanje: Studentska pikado liga (SPL), sezona 2026.</w:t>
            </w:r>
          </w:p>
          <w:p w14:paraId="3BDF2A87" w14:textId="2773CB76" w:rsidR="00D158E5" w:rsidRDefault="00000000">
            <w:pPr>
              <w:spacing w:after="20"/>
              <w:ind w:left="170"/>
            </w:pPr>
            <w:r>
              <w:rPr>
                <w:sz w:val="17"/>
              </w:rPr>
              <w:t>- Disciplina: elektro</w:t>
            </w:r>
            <w:r w:rsidR="00B155C9">
              <w:rPr>
                <w:sz w:val="17"/>
              </w:rPr>
              <w:t>nski</w:t>
            </w:r>
            <w:r>
              <w:rPr>
                <w:sz w:val="17"/>
              </w:rPr>
              <w:t xml:space="preserve"> pikado (soft tip), format 501 Double Out.</w:t>
            </w:r>
          </w:p>
          <w:p w14:paraId="7B6F3E9A" w14:textId="77777777" w:rsidR="00D158E5" w:rsidRDefault="00000000">
            <w:pPr>
              <w:spacing w:after="20"/>
              <w:ind w:left="170"/>
            </w:pPr>
            <w:r>
              <w:rPr>
                <w:sz w:val="17"/>
              </w:rPr>
              <w:t>- Ekipa se sastoji od najmanje 2 i najviše 3 prijavljena igrača.</w:t>
            </w:r>
          </w:p>
          <w:p w14:paraId="75C197AC" w14:textId="12DD4FC6" w:rsidR="00D158E5" w:rsidRPr="00037A7B" w:rsidRDefault="00000000">
            <w:pPr>
              <w:spacing w:after="20"/>
              <w:ind w:left="170"/>
              <w:rPr>
                <w:color w:val="EE0000"/>
              </w:rPr>
            </w:pPr>
            <w:r>
              <w:rPr>
                <w:sz w:val="17"/>
              </w:rPr>
              <w:t xml:space="preserve">- </w:t>
            </w:r>
            <w:r w:rsidR="00037A7B" w:rsidRPr="00037A7B">
              <w:rPr>
                <w:sz w:val="17"/>
              </w:rPr>
              <w:t xml:space="preserve">Kotizacija za sudjelovanje iznosi 40,00 EUR po ekipi. Uplaćuje se tek po zaprimljenoj potvrdi o prihvaćenoj prijavi ekipe, prema podacima koje šalje Organizator — Studentski.hr / Centar za razvoj mladih, Vrbje 7, Zagreb. </w:t>
            </w:r>
            <w:r w:rsidR="00037A7B" w:rsidRPr="00037A7B">
              <w:rPr>
                <w:color w:val="EE0000"/>
                <w:sz w:val="17"/>
              </w:rPr>
              <w:t>Kotizaciju ne uplaćivati prije potvrde prijave i ne uplaćivati je nikome osim Organizatoru natjecanja.</w:t>
            </w:r>
          </w:p>
          <w:p w14:paraId="1EE499E6" w14:textId="4C586A29" w:rsidR="00D158E5" w:rsidRDefault="00000000">
            <w:pPr>
              <w:spacing w:after="20"/>
              <w:ind w:left="170"/>
            </w:pPr>
            <w:r>
              <w:rPr>
                <w:sz w:val="17"/>
              </w:rPr>
              <w:t xml:space="preserve">- Službena </w:t>
            </w:r>
            <w:r w:rsidR="00B155C9">
              <w:rPr>
                <w:sz w:val="17"/>
              </w:rPr>
              <w:t xml:space="preserve">prijava i </w:t>
            </w:r>
            <w:r>
              <w:rPr>
                <w:sz w:val="17"/>
              </w:rPr>
              <w:t>komunikacija odvija se putem Organizatora</w:t>
            </w:r>
            <w:r w:rsidR="00B155C9">
              <w:rPr>
                <w:sz w:val="17"/>
              </w:rPr>
              <w:t xml:space="preserve"> Studentski.hr</w:t>
            </w:r>
            <w:r>
              <w:rPr>
                <w:sz w:val="17"/>
              </w:rPr>
              <w:t xml:space="preserve"> na e-mail: spl@studentski.hr.</w:t>
            </w:r>
          </w:p>
        </w:tc>
      </w:tr>
    </w:tbl>
    <w:p w14:paraId="112B5591" w14:textId="77777777" w:rsidR="00B155C9" w:rsidRDefault="00B155C9">
      <w:pPr>
        <w:rPr>
          <w:b/>
          <w:sz w:val="22"/>
        </w:rPr>
      </w:pPr>
    </w:p>
    <w:p w14:paraId="286E4B4E" w14:textId="0E72444C" w:rsidR="00D158E5" w:rsidRPr="00B155C9" w:rsidRDefault="00000000">
      <w:pPr>
        <w:rPr>
          <w:bCs/>
        </w:rPr>
      </w:pPr>
      <w:r>
        <w:rPr>
          <w:b/>
          <w:sz w:val="22"/>
        </w:rPr>
        <w:t>1. PODACI O EKIPI</w:t>
      </w:r>
      <w:r w:rsidR="00B155C9">
        <w:rPr>
          <w:b/>
          <w:sz w:val="22"/>
        </w:rPr>
        <w:br/>
      </w:r>
      <w:r w:rsidR="00B155C9" w:rsidRPr="00B155C9">
        <w:rPr>
          <w:bCs/>
          <w:sz w:val="15"/>
          <w:szCs w:val="15"/>
        </w:rPr>
        <w:t>*obavezna polja</w:t>
      </w:r>
    </w:p>
    <w:tbl>
      <w:tblPr>
        <w:tblStyle w:val="TableGrid"/>
        <w:tblW w:w="0" w:type="auto"/>
        <w:jc w:val="center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ook w:val="04A0" w:firstRow="1" w:lastRow="0" w:firstColumn="1" w:lastColumn="0" w:noHBand="0" w:noVBand="1"/>
      </w:tblPr>
      <w:tblGrid>
        <w:gridCol w:w="2835"/>
        <w:gridCol w:w="6803"/>
      </w:tblGrid>
      <w:tr w:rsidR="00D158E5" w14:paraId="10788E0B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4BB8D8" w14:textId="25594DA6" w:rsidR="00D158E5" w:rsidRDefault="00000000">
            <w:r>
              <w:rPr>
                <w:b/>
                <w:sz w:val="17"/>
              </w:rPr>
              <w:t xml:space="preserve">Grad </w:t>
            </w:r>
            <w:r w:rsidR="00B155C9">
              <w:rPr>
                <w:b/>
                <w:sz w:val="17"/>
              </w:rPr>
              <w:t>/ liga</w:t>
            </w:r>
            <w:r w:rsidR="007F5DB1">
              <w:rPr>
                <w:b/>
                <w:sz w:val="17"/>
              </w:rPr>
              <w:t>*</w:t>
            </w:r>
            <w:r w:rsidR="007F5DB1">
              <w:rPr>
                <w:b/>
                <w:sz w:val="17"/>
              </w:rPr>
              <w:br/>
            </w:r>
            <w:r w:rsidR="007F5DB1" w:rsidRPr="007F5DB1">
              <w:rPr>
                <w:i/>
                <w:iCs/>
                <w:sz w:val="16"/>
                <w:szCs w:val="21"/>
              </w:rPr>
              <w:t>odaberi ponuđeno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FEF137" w14:textId="1FE29035" w:rsidR="005161ED" w:rsidRDefault="00596A4E"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Zagreb"/>
                  </w:ddList>
                </w:ffData>
              </w:fldChar>
            </w:r>
            <w:bookmarkStart w:id="0" w:name="Dropdown1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</w:tr>
      <w:tr w:rsidR="00D158E5" w14:paraId="2FC34623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EE0546" w14:textId="40E9153E" w:rsidR="00D158E5" w:rsidRDefault="00000000">
            <w:r>
              <w:rPr>
                <w:b/>
                <w:sz w:val="17"/>
              </w:rPr>
              <w:t>Naziv ekipe</w:t>
            </w:r>
            <w:r w:rsidR="00B155C9">
              <w:rPr>
                <w:b/>
                <w:sz w:val="17"/>
              </w:rPr>
              <w:t>*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4D40FE" w14:textId="117A6687" w:rsidR="00D158E5" w:rsidRDefault="00596A4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D158E5" w14:paraId="0F8E4BE5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667BE9" w14:textId="5A630F93" w:rsidR="00D158E5" w:rsidRDefault="00000000">
            <w:r>
              <w:rPr>
                <w:b/>
                <w:sz w:val="17"/>
              </w:rPr>
              <w:t>Ekipa predstavlja</w:t>
            </w:r>
            <w:r w:rsidR="00B155C9">
              <w:rPr>
                <w:b/>
                <w:sz w:val="17"/>
              </w:rPr>
              <w:t>*</w:t>
            </w:r>
            <w:r w:rsidR="007F5DB1">
              <w:br/>
            </w:r>
            <w:r w:rsidR="007F5DB1" w:rsidRPr="007F5DB1">
              <w:rPr>
                <w:i/>
                <w:iCs/>
                <w:sz w:val="16"/>
                <w:szCs w:val="21"/>
              </w:rPr>
              <w:t>odaberi ponuđeno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AC99A0" w14:textId="43D98611" w:rsidR="00D158E5" w:rsidRDefault="007F5DB1">
            <w:r>
              <w:rPr>
                <w:sz w:val="17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fakultet"/>
                    <w:listEntry w:val="studentsku udrugu"/>
                    <w:listEntry w:val="studentski zbor"/>
                    <w:listEntry w:val="studentski dom"/>
                    <w:listEntry w:val="neformalnu ekipu"/>
                    <w:listEntry w:val="drugo"/>
                  </w:ddList>
                </w:ffData>
              </w:fldChar>
            </w:r>
            <w:bookmarkStart w:id="2" w:name="Dropdown2"/>
            <w:r>
              <w:rPr>
                <w:sz w:val="17"/>
              </w:rPr>
              <w:instrText xml:space="preserve"> FORMDROPDOWN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2"/>
          </w:p>
        </w:tc>
      </w:tr>
      <w:tr w:rsidR="00D158E5" w14:paraId="7DE1B1BF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024F94" w14:textId="3EA67843" w:rsidR="00D158E5" w:rsidRDefault="00000000">
            <w:r>
              <w:rPr>
                <w:b/>
                <w:sz w:val="17"/>
              </w:rPr>
              <w:t>Naziv fakulteta / udruge / zajednice</w:t>
            </w:r>
            <w:r w:rsidR="00B155C9">
              <w:rPr>
                <w:b/>
                <w:sz w:val="17"/>
              </w:rPr>
              <w:t xml:space="preserve"> (ako je kombinacija visokih učilišta, navesti sve)*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B3D43B" w14:textId="5417CE17" w:rsidR="00D158E5" w:rsidRDefault="00596A4E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D158E5" w14:paraId="36E69C4F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6CF62E" w14:textId="77777777" w:rsidR="00D158E5" w:rsidRDefault="00000000">
            <w:r>
              <w:rPr>
                <w:b/>
                <w:sz w:val="17"/>
              </w:rPr>
              <w:t>Napomena uz prijavu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2D1E0D" w14:textId="715EAFAA" w:rsidR="00D158E5" w:rsidRDefault="00596A4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391C0173" w14:textId="77777777" w:rsidR="00B155C9" w:rsidRDefault="00B155C9">
      <w:pPr>
        <w:rPr>
          <w:b/>
          <w:sz w:val="22"/>
        </w:rPr>
      </w:pPr>
    </w:p>
    <w:p w14:paraId="2D9D8E0D" w14:textId="0787B8F1" w:rsidR="00B155C9" w:rsidRPr="00B155C9" w:rsidRDefault="00000000">
      <w:pPr>
        <w:rPr>
          <w:b/>
          <w:sz w:val="22"/>
        </w:rPr>
      </w:pPr>
      <w:r>
        <w:rPr>
          <w:b/>
          <w:sz w:val="22"/>
        </w:rPr>
        <w:t>2. KAPETAN EKIPE</w:t>
      </w:r>
      <w:r w:rsidR="00B155C9">
        <w:rPr>
          <w:b/>
          <w:sz w:val="22"/>
        </w:rPr>
        <w:br/>
      </w:r>
      <w:r w:rsidR="00B155C9" w:rsidRPr="00B155C9">
        <w:rPr>
          <w:bCs/>
          <w:sz w:val="15"/>
          <w:szCs w:val="15"/>
        </w:rPr>
        <w:t>*obavezna polja</w:t>
      </w:r>
    </w:p>
    <w:tbl>
      <w:tblPr>
        <w:tblStyle w:val="TableGrid"/>
        <w:tblW w:w="0" w:type="auto"/>
        <w:jc w:val="center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ook w:val="04A0" w:firstRow="1" w:lastRow="0" w:firstColumn="1" w:lastColumn="0" w:noHBand="0" w:noVBand="1"/>
      </w:tblPr>
      <w:tblGrid>
        <w:gridCol w:w="2835"/>
        <w:gridCol w:w="6803"/>
      </w:tblGrid>
      <w:tr w:rsidR="00D158E5" w14:paraId="2DEA29AC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8A3668" w14:textId="397CAE68" w:rsidR="00D158E5" w:rsidRDefault="00000000">
            <w:r>
              <w:rPr>
                <w:b/>
                <w:sz w:val="17"/>
              </w:rPr>
              <w:t>Ime i prezime kapetana</w:t>
            </w:r>
            <w:r w:rsidR="00B155C9">
              <w:rPr>
                <w:b/>
                <w:sz w:val="17"/>
              </w:rPr>
              <w:t>*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562C31" w14:textId="45A0A8F9" w:rsidR="00D158E5" w:rsidRDefault="00596A4E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158E5" w14:paraId="4EC7A50E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4D651C" w14:textId="7F3B920F" w:rsidR="00D158E5" w:rsidRDefault="00000000">
            <w:r>
              <w:rPr>
                <w:b/>
                <w:sz w:val="17"/>
              </w:rPr>
              <w:t>E-mail</w:t>
            </w:r>
            <w:r w:rsidR="00B155C9">
              <w:rPr>
                <w:b/>
                <w:sz w:val="17"/>
              </w:rPr>
              <w:t>*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2C8A6F" w14:textId="019B2D55" w:rsidR="00D158E5" w:rsidRDefault="00596A4E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D158E5" w14:paraId="57AEF513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13F708" w14:textId="2B5F5830" w:rsidR="00D158E5" w:rsidRDefault="00000000">
            <w:r>
              <w:rPr>
                <w:b/>
                <w:sz w:val="17"/>
              </w:rPr>
              <w:t>Mobitel</w:t>
            </w:r>
            <w:r w:rsidR="00B155C9">
              <w:rPr>
                <w:b/>
                <w:sz w:val="17"/>
              </w:rPr>
              <w:t>*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F8CBCC" w14:textId="2209342B" w:rsidR="00D158E5" w:rsidRDefault="00596A4E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D158E5" w14:paraId="6D1AA8B4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FCBAEF" w14:textId="03C70454" w:rsidR="00D158E5" w:rsidRDefault="00000000">
            <w:r>
              <w:rPr>
                <w:b/>
                <w:sz w:val="17"/>
              </w:rPr>
              <w:t>Visoko učilište / fakultet</w:t>
            </w:r>
            <w:r w:rsidR="00B155C9">
              <w:rPr>
                <w:b/>
                <w:sz w:val="17"/>
              </w:rPr>
              <w:t>*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9C4548" w14:textId="5629CFC6" w:rsidR="00D158E5" w:rsidRDefault="00596A4E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D158E5" w14:paraId="5A695B11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C70185" w14:textId="3FF18C58" w:rsidR="00D158E5" w:rsidRDefault="00000000">
            <w:r>
              <w:rPr>
                <w:b/>
                <w:sz w:val="17"/>
              </w:rPr>
              <w:t>Mjesto studiranja</w:t>
            </w:r>
            <w:r w:rsidR="00B155C9">
              <w:rPr>
                <w:b/>
                <w:sz w:val="17"/>
              </w:rPr>
              <w:t>*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92162C" w14:textId="24188CE1" w:rsidR="00D158E5" w:rsidRDefault="00596A4E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D158E5" w14:paraId="76EF7A8D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D78726" w14:textId="1A917C87" w:rsidR="007F5DB1" w:rsidRPr="007F5DB1" w:rsidRDefault="00000000">
            <w:pPr>
              <w:rPr>
                <w:b/>
                <w:sz w:val="17"/>
              </w:rPr>
            </w:pPr>
            <w:r>
              <w:rPr>
                <w:b/>
                <w:sz w:val="17"/>
              </w:rPr>
              <w:t>Dokaz studentskog statusa</w:t>
            </w:r>
            <w:r w:rsidR="00B155C9">
              <w:rPr>
                <w:b/>
                <w:sz w:val="17"/>
              </w:rPr>
              <w:t xml:space="preserve"> (</w:t>
            </w:r>
            <w:r w:rsidR="00B155C9" w:rsidRPr="00037A7B">
              <w:rPr>
                <w:b/>
                <w:color w:val="EE0000"/>
                <w:sz w:val="17"/>
              </w:rPr>
              <w:t>potrebno priložiti za svakog prijavljenog igrača</w:t>
            </w:r>
            <w:r w:rsidR="00B155C9">
              <w:rPr>
                <w:b/>
                <w:sz w:val="17"/>
              </w:rPr>
              <w:t>)*</w:t>
            </w:r>
            <w:r w:rsidR="007F5DB1">
              <w:rPr>
                <w:sz w:val="17"/>
              </w:rPr>
              <w:br/>
            </w:r>
            <w:r w:rsidR="007F5DB1" w:rsidRPr="007F5DB1">
              <w:rPr>
                <w:i/>
                <w:iCs/>
                <w:sz w:val="16"/>
                <w:szCs w:val="21"/>
              </w:rPr>
              <w:t>odaberi ponuđeno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688CD3" w14:textId="0DB8CF34" w:rsidR="00D158E5" w:rsidRDefault="00596A4E">
            <w:r>
              <w:rPr>
                <w:sz w:val="17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tudentska iskaznica"/>
                    <w:listEntry w:val="potvrda o upisu ak.god. 25/26"/>
                  </w:ddList>
                </w:ffData>
              </w:fldChar>
            </w:r>
            <w:bookmarkStart w:id="10" w:name="Dropdown3"/>
            <w:r>
              <w:rPr>
                <w:sz w:val="17"/>
              </w:rPr>
              <w:instrText xml:space="preserve"> FORMDROPDOWN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10"/>
          </w:p>
        </w:tc>
      </w:tr>
    </w:tbl>
    <w:p w14:paraId="0301138F" w14:textId="77777777" w:rsidR="00B155C9" w:rsidRDefault="00B155C9">
      <w:pPr>
        <w:rPr>
          <w:b/>
          <w:sz w:val="22"/>
        </w:rPr>
      </w:pPr>
    </w:p>
    <w:p w14:paraId="5C9B4003" w14:textId="77777777" w:rsidR="00B155C9" w:rsidRDefault="00B155C9">
      <w:pPr>
        <w:rPr>
          <w:b/>
          <w:sz w:val="22"/>
        </w:rPr>
      </w:pPr>
    </w:p>
    <w:p w14:paraId="5C3D75BF" w14:textId="488D7745" w:rsidR="00D158E5" w:rsidRDefault="00000000">
      <w:r>
        <w:rPr>
          <w:b/>
          <w:sz w:val="22"/>
        </w:rPr>
        <w:t>3. PRIJAVLJENI IGRAČI</w:t>
      </w:r>
      <w:r w:rsidR="00596A4E">
        <w:rPr>
          <w:b/>
          <w:sz w:val="22"/>
        </w:rPr>
        <w:br/>
      </w:r>
      <w:r w:rsidR="00596A4E" w:rsidRPr="00B155C9">
        <w:rPr>
          <w:bCs/>
          <w:sz w:val="15"/>
          <w:szCs w:val="15"/>
        </w:rPr>
        <w:t>*obavezna polja</w:t>
      </w:r>
    </w:p>
    <w:tbl>
      <w:tblPr>
        <w:tblStyle w:val="TableGrid"/>
        <w:tblW w:w="0" w:type="auto"/>
        <w:jc w:val="center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ook w:val="04A0" w:firstRow="1" w:lastRow="0" w:firstColumn="1" w:lastColumn="0" w:noHBand="0" w:noVBand="1"/>
      </w:tblPr>
      <w:tblGrid>
        <w:gridCol w:w="1007"/>
        <w:gridCol w:w="1270"/>
        <w:gridCol w:w="1384"/>
        <w:gridCol w:w="1642"/>
        <w:gridCol w:w="1547"/>
        <w:gridCol w:w="1547"/>
        <w:gridCol w:w="1648"/>
      </w:tblGrid>
      <w:tr w:rsidR="00C51FDD" w14:paraId="2758818E" w14:textId="77777777" w:rsidTr="00C51FDD">
        <w:trPr>
          <w:tblHeader/>
          <w:jc w:val="center"/>
        </w:trPr>
        <w:tc>
          <w:tcPr>
            <w:tcW w:w="1007" w:type="dxa"/>
            <w:shd w:val="clear" w:color="auto" w:fill="D9E2EC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3CDB0A69" w14:textId="77777777" w:rsidR="00C51FDD" w:rsidRDefault="00C51FDD" w:rsidP="00B155C9">
            <w:pPr>
              <w:jc w:val="center"/>
            </w:pPr>
            <w:r>
              <w:rPr>
                <w:b/>
                <w:sz w:val="15"/>
              </w:rPr>
              <w:t>Br.</w:t>
            </w:r>
          </w:p>
        </w:tc>
        <w:tc>
          <w:tcPr>
            <w:tcW w:w="1270" w:type="dxa"/>
            <w:shd w:val="clear" w:color="auto" w:fill="D9E2EC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3A2B38CF" w14:textId="77777777" w:rsidR="00C51FDD" w:rsidRDefault="00C51FDD" w:rsidP="00B155C9">
            <w:pPr>
              <w:jc w:val="center"/>
            </w:pPr>
            <w:r>
              <w:rPr>
                <w:b/>
                <w:sz w:val="15"/>
              </w:rPr>
              <w:t>Status</w:t>
            </w:r>
          </w:p>
        </w:tc>
        <w:tc>
          <w:tcPr>
            <w:tcW w:w="1384" w:type="dxa"/>
            <w:shd w:val="clear" w:color="auto" w:fill="D9E2EC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72F2ECC" w14:textId="77777777" w:rsidR="00C51FDD" w:rsidRDefault="00C51FDD" w:rsidP="00B155C9">
            <w:pPr>
              <w:jc w:val="center"/>
            </w:pPr>
            <w:r>
              <w:rPr>
                <w:b/>
                <w:sz w:val="15"/>
              </w:rPr>
              <w:t>Ime i prezime</w:t>
            </w:r>
          </w:p>
        </w:tc>
        <w:tc>
          <w:tcPr>
            <w:tcW w:w="1642" w:type="dxa"/>
            <w:shd w:val="clear" w:color="auto" w:fill="D9E2EC"/>
            <w:vAlign w:val="center"/>
          </w:tcPr>
          <w:p w14:paraId="314161CD" w14:textId="202A7F4E" w:rsidR="00C51FDD" w:rsidRDefault="00C51FDD" w:rsidP="00B155C9">
            <w:pPr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Datum rođenja</w:t>
            </w:r>
          </w:p>
        </w:tc>
        <w:tc>
          <w:tcPr>
            <w:tcW w:w="1547" w:type="dxa"/>
            <w:shd w:val="clear" w:color="auto" w:fill="D9E2EC"/>
          </w:tcPr>
          <w:p w14:paraId="1E161CA4" w14:textId="493C59AC" w:rsidR="00C51FDD" w:rsidRDefault="00C51FDD" w:rsidP="00B155C9">
            <w:pPr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Mjesto prebivališta</w:t>
            </w:r>
          </w:p>
        </w:tc>
        <w:tc>
          <w:tcPr>
            <w:tcW w:w="1547" w:type="dxa"/>
            <w:shd w:val="clear" w:color="auto" w:fill="D9E2EC"/>
            <w:vAlign w:val="center"/>
          </w:tcPr>
          <w:p w14:paraId="331E7C6B" w14:textId="12428C89" w:rsidR="00C51FDD" w:rsidRDefault="00C51FDD" w:rsidP="00B155C9">
            <w:pPr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Mjesto studiranja</w:t>
            </w:r>
          </w:p>
        </w:tc>
        <w:tc>
          <w:tcPr>
            <w:tcW w:w="1648" w:type="dxa"/>
            <w:shd w:val="clear" w:color="auto" w:fill="D9E2EC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58231A88" w14:textId="6E0E3BF1" w:rsidR="00C51FDD" w:rsidRDefault="00C51FDD" w:rsidP="00C51FDD">
            <w:pPr>
              <w:jc w:val="center"/>
            </w:pPr>
            <w:r>
              <w:rPr>
                <w:b/>
                <w:sz w:val="15"/>
              </w:rPr>
              <w:t>Fakultet / visoko učilište</w:t>
            </w:r>
          </w:p>
        </w:tc>
      </w:tr>
      <w:tr w:rsidR="00C51FDD" w14:paraId="5EC9C5C0" w14:textId="77777777" w:rsidTr="00023EDE">
        <w:trPr>
          <w:jc w:val="center"/>
        </w:trPr>
        <w:tc>
          <w:tcPr>
            <w:tcW w:w="1007" w:type="dxa"/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096EF73C" w14:textId="77777777" w:rsidR="00C51FDD" w:rsidRDefault="00C51FDD">
            <w:pPr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70" w:type="dxa"/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010F79B0" w14:textId="6B5F7A2F" w:rsidR="00C51FDD" w:rsidRDefault="00C51FDD">
            <w:pPr>
              <w:jc w:val="center"/>
            </w:pPr>
            <w:r>
              <w:rPr>
                <w:sz w:val="15"/>
              </w:rPr>
              <w:t>Igrač 1*</w:t>
            </w:r>
          </w:p>
        </w:tc>
        <w:tc>
          <w:tcPr>
            <w:tcW w:w="1384" w:type="dxa"/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49BC13F4" w14:textId="0F679689" w:rsidR="00C51FDD" w:rsidRDefault="00C51FDD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642" w:type="dxa"/>
          </w:tcPr>
          <w:p w14:paraId="417402C5" w14:textId="13E981D0" w:rsidR="00C51FDD" w:rsidRDefault="00C51FDD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547" w:type="dxa"/>
          </w:tcPr>
          <w:p w14:paraId="5B251877" w14:textId="7A0AD45A" w:rsidR="00C51FDD" w:rsidRDefault="00C51FDD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1547" w:type="dxa"/>
          </w:tcPr>
          <w:p w14:paraId="67C7411D" w14:textId="1B56E7F9" w:rsidR="00C51FDD" w:rsidRDefault="00C51FDD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648" w:type="dxa"/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4F564844" w14:textId="62DB4787" w:rsidR="00C51FDD" w:rsidRDefault="00C51FD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C51FDD" w14:paraId="5DDE08EE" w14:textId="77777777" w:rsidTr="00023EDE">
        <w:trPr>
          <w:jc w:val="center"/>
        </w:trPr>
        <w:tc>
          <w:tcPr>
            <w:tcW w:w="1007" w:type="dxa"/>
            <w:tcBorders>
              <w:bottom w:val="double" w:sz="4" w:space="0" w:color="4F81BD" w:themeColor="accent1"/>
            </w:tcBorders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7DB449D6" w14:textId="77777777" w:rsidR="00C51FDD" w:rsidRDefault="00C51FDD">
            <w:pPr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1270" w:type="dxa"/>
            <w:tcBorders>
              <w:bottom w:val="double" w:sz="4" w:space="0" w:color="4F81BD" w:themeColor="accent1"/>
            </w:tcBorders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088196F3" w14:textId="48DF5B54" w:rsidR="00C51FDD" w:rsidRDefault="00C51FDD">
            <w:pPr>
              <w:jc w:val="center"/>
            </w:pPr>
            <w:r>
              <w:rPr>
                <w:sz w:val="15"/>
              </w:rPr>
              <w:t>Igrač 2*</w:t>
            </w:r>
          </w:p>
        </w:tc>
        <w:tc>
          <w:tcPr>
            <w:tcW w:w="1384" w:type="dxa"/>
            <w:tcBorders>
              <w:bottom w:val="double" w:sz="4" w:space="0" w:color="4F81BD" w:themeColor="accent1"/>
            </w:tcBorders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6E8893A9" w14:textId="61246AC0" w:rsidR="00C51FDD" w:rsidRDefault="00C51FDD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642" w:type="dxa"/>
            <w:tcBorders>
              <w:bottom w:val="double" w:sz="4" w:space="0" w:color="4F81BD" w:themeColor="accent1"/>
            </w:tcBorders>
          </w:tcPr>
          <w:p w14:paraId="4A4A468A" w14:textId="4AEB7561" w:rsidR="00C51FDD" w:rsidRDefault="00C51FDD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547" w:type="dxa"/>
            <w:tcBorders>
              <w:bottom w:val="double" w:sz="4" w:space="0" w:color="4F81BD" w:themeColor="accent1"/>
            </w:tcBorders>
          </w:tcPr>
          <w:p w14:paraId="605434B3" w14:textId="4CB8E496" w:rsidR="00C51FDD" w:rsidRDefault="00C51FDD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8" w:name="Text33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547" w:type="dxa"/>
            <w:tcBorders>
              <w:bottom w:val="double" w:sz="4" w:space="0" w:color="4F81BD" w:themeColor="accent1"/>
            </w:tcBorders>
          </w:tcPr>
          <w:p w14:paraId="15DBC907" w14:textId="67A64E6B" w:rsidR="00C51FDD" w:rsidRDefault="00C51FDD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648" w:type="dxa"/>
            <w:tcBorders>
              <w:bottom w:val="double" w:sz="4" w:space="0" w:color="4F81BD" w:themeColor="accent1"/>
            </w:tcBorders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08959AC2" w14:textId="094004FB" w:rsidR="00C51FDD" w:rsidRDefault="00C51FDD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C51FDD" w14:paraId="094B2CCD" w14:textId="77777777" w:rsidTr="00023EDE">
        <w:trPr>
          <w:jc w:val="center"/>
        </w:trPr>
        <w:tc>
          <w:tcPr>
            <w:tcW w:w="1007" w:type="dxa"/>
            <w:tcBorders>
              <w:top w:val="double" w:sz="4" w:space="0" w:color="4F81BD" w:themeColor="accent1"/>
            </w:tcBorders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2A097FEF" w14:textId="77777777" w:rsidR="00C51FDD" w:rsidRDefault="00C51FDD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270" w:type="dxa"/>
            <w:tcBorders>
              <w:top w:val="double" w:sz="4" w:space="0" w:color="4F81BD" w:themeColor="accent1"/>
            </w:tcBorders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497DB5C3" w14:textId="59B75E2B" w:rsidR="00C51FDD" w:rsidRDefault="00C51FDD">
            <w:pPr>
              <w:jc w:val="center"/>
            </w:pPr>
            <w:r>
              <w:rPr>
                <w:sz w:val="15"/>
              </w:rPr>
              <w:t xml:space="preserve">Igrač 3 / </w:t>
            </w:r>
            <w:r w:rsidR="00037A7B">
              <w:rPr>
                <w:sz w:val="15"/>
              </w:rPr>
              <w:t>pričuva</w:t>
            </w:r>
            <w:r>
              <w:rPr>
                <w:sz w:val="15"/>
              </w:rPr>
              <w:t xml:space="preserve"> (opcionalno)</w:t>
            </w:r>
          </w:p>
        </w:tc>
        <w:tc>
          <w:tcPr>
            <w:tcW w:w="1384" w:type="dxa"/>
            <w:tcBorders>
              <w:top w:val="double" w:sz="4" w:space="0" w:color="4F81BD" w:themeColor="accent1"/>
            </w:tcBorders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76B2CDAE" w14:textId="73B41AE1" w:rsidR="00C51FDD" w:rsidRDefault="00C51FDD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642" w:type="dxa"/>
            <w:tcBorders>
              <w:top w:val="double" w:sz="4" w:space="0" w:color="4F81BD" w:themeColor="accent1"/>
            </w:tcBorders>
          </w:tcPr>
          <w:p w14:paraId="56858AD1" w14:textId="43BF2C18" w:rsidR="00C51FDD" w:rsidRDefault="00C51FD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547" w:type="dxa"/>
            <w:tcBorders>
              <w:top w:val="double" w:sz="4" w:space="0" w:color="4F81BD" w:themeColor="accent1"/>
            </w:tcBorders>
          </w:tcPr>
          <w:p w14:paraId="746F8884" w14:textId="1B5A39FE" w:rsidR="00C51FDD" w:rsidRDefault="00C51FDD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547" w:type="dxa"/>
            <w:tcBorders>
              <w:top w:val="double" w:sz="4" w:space="0" w:color="4F81BD" w:themeColor="accent1"/>
            </w:tcBorders>
          </w:tcPr>
          <w:p w14:paraId="612B3854" w14:textId="6004AA27" w:rsidR="00C51FDD" w:rsidRDefault="00C51FDD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648" w:type="dxa"/>
            <w:tcBorders>
              <w:top w:val="double" w:sz="4" w:space="0" w:color="4F81BD" w:themeColor="accent1"/>
            </w:tcBorders>
            <w:tcMar>
              <w:top w:w="140" w:type="dxa"/>
              <w:left w:w="40" w:type="dxa"/>
              <w:bottom w:w="140" w:type="dxa"/>
              <w:right w:w="40" w:type="dxa"/>
            </w:tcMar>
            <w:vAlign w:val="center"/>
          </w:tcPr>
          <w:p w14:paraId="4489963B" w14:textId="0FA1DDBB" w:rsidR="00C51FDD" w:rsidRDefault="00C51FDD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</w:tbl>
    <w:p w14:paraId="24026A46" w14:textId="77777777" w:rsidR="00D158E5" w:rsidRDefault="00D158E5"/>
    <w:p w14:paraId="0A4A6448" w14:textId="0C4C538F" w:rsidR="00D158E5" w:rsidRDefault="00000000">
      <w:r>
        <w:rPr>
          <w:b/>
          <w:sz w:val="22"/>
        </w:rPr>
        <w:t>4. IZJAVE I POTVRDE EKIPE</w:t>
      </w:r>
      <w:r w:rsidR="00596A4E">
        <w:rPr>
          <w:b/>
          <w:sz w:val="22"/>
        </w:rPr>
        <w:br/>
      </w:r>
      <w:r w:rsidR="00596A4E" w:rsidRPr="00B155C9">
        <w:rPr>
          <w:bCs/>
          <w:sz w:val="15"/>
          <w:szCs w:val="15"/>
        </w:rPr>
        <w:t>*obavezna polja</w:t>
      </w:r>
    </w:p>
    <w:p w14:paraId="62F5D1A1" w14:textId="220C0D65" w:rsidR="00D158E5" w:rsidRDefault="005161ED">
      <w:pPr>
        <w:spacing w:after="40"/>
      </w:pPr>
      <w:r>
        <w:rPr>
          <w:sz w:val="17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"/>
      <w:r>
        <w:rPr>
          <w:sz w:val="17"/>
        </w:rPr>
        <w:instrText xml:space="preserve"> FORMCHECKBOX </w:instrText>
      </w:r>
      <w:r w:rsidR="002A2EB6">
        <w:rPr>
          <w:sz w:val="17"/>
        </w:rPr>
      </w:r>
      <w:r>
        <w:rPr>
          <w:sz w:val="17"/>
        </w:rPr>
        <w:fldChar w:fldCharType="separate"/>
      </w:r>
      <w:r>
        <w:rPr>
          <w:sz w:val="17"/>
        </w:rPr>
        <w:fldChar w:fldCharType="end"/>
      </w:r>
      <w:bookmarkEnd w:id="26"/>
      <w:r>
        <w:rPr>
          <w:sz w:val="17"/>
        </w:rPr>
        <w:t xml:space="preserve"> Potvrđujemo da svi prijavljeni igrači imaju važeći studentski status.</w:t>
      </w:r>
      <w:r w:rsidR="00596A4E">
        <w:rPr>
          <w:sz w:val="17"/>
        </w:rPr>
        <w:t>*</w:t>
      </w:r>
    </w:p>
    <w:p w14:paraId="0B780587" w14:textId="6C4D9BE8" w:rsidR="00D158E5" w:rsidRDefault="005161ED">
      <w:pPr>
        <w:spacing w:after="40"/>
      </w:pPr>
      <w:r>
        <w:rPr>
          <w:sz w:val="17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"/>
      <w:r>
        <w:rPr>
          <w:sz w:val="17"/>
        </w:rPr>
        <w:instrText xml:space="preserve"> FORMCHECKBOX </w:instrText>
      </w:r>
      <w:r w:rsidR="002A2EB6">
        <w:rPr>
          <w:sz w:val="17"/>
        </w:rPr>
      </w:r>
      <w:r>
        <w:rPr>
          <w:sz w:val="17"/>
        </w:rPr>
        <w:fldChar w:fldCharType="separate"/>
      </w:r>
      <w:r>
        <w:rPr>
          <w:sz w:val="17"/>
        </w:rPr>
        <w:fldChar w:fldCharType="end"/>
      </w:r>
      <w:bookmarkEnd w:id="27"/>
      <w:r>
        <w:rPr>
          <w:sz w:val="17"/>
        </w:rPr>
        <w:t xml:space="preserve"> Potvrđujemo da su svi prijavljeni igrači upoznati s Pravilnikom SPL-a za sezonu 2026. i da ga prihvaćaju.</w:t>
      </w:r>
      <w:r w:rsidR="00596A4E">
        <w:rPr>
          <w:sz w:val="17"/>
        </w:rPr>
        <w:t>*</w:t>
      </w:r>
    </w:p>
    <w:p w14:paraId="1678BF12" w14:textId="0C5C88E2" w:rsidR="00D158E5" w:rsidRDefault="005161ED">
      <w:pPr>
        <w:spacing w:after="40"/>
      </w:pPr>
      <w:r>
        <w:rPr>
          <w:sz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3"/>
      <w:r>
        <w:rPr>
          <w:sz w:val="17"/>
        </w:rPr>
        <w:instrText xml:space="preserve"> FORMCHECKBOX </w:instrText>
      </w:r>
      <w:r w:rsidR="002A2EB6">
        <w:rPr>
          <w:sz w:val="17"/>
        </w:rPr>
      </w:r>
      <w:r>
        <w:rPr>
          <w:sz w:val="17"/>
        </w:rPr>
        <w:fldChar w:fldCharType="separate"/>
      </w:r>
      <w:r>
        <w:rPr>
          <w:sz w:val="17"/>
        </w:rPr>
        <w:fldChar w:fldCharType="end"/>
      </w:r>
      <w:bookmarkEnd w:id="28"/>
      <w:r>
        <w:rPr>
          <w:sz w:val="17"/>
        </w:rPr>
        <w:t xml:space="preserve"> Potvrđujemo da prihvaćamo odluke Organizatora vezane uz prihvat prijave, raspored, sustav natjecanja i provedbu natjecanja.</w:t>
      </w:r>
      <w:r w:rsidR="00596A4E">
        <w:rPr>
          <w:sz w:val="17"/>
        </w:rPr>
        <w:t>*</w:t>
      </w:r>
    </w:p>
    <w:p w14:paraId="1EFDFFFC" w14:textId="6226AE7D" w:rsidR="00D158E5" w:rsidRDefault="005161ED" w:rsidP="007F5DB1">
      <w:pPr>
        <w:spacing w:after="40"/>
      </w:pPr>
      <w:r>
        <w:rPr>
          <w:sz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4"/>
      <w:r>
        <w:rPr>
          <w:sz w:val="17"/>
        </w:rPr>
        <w:instrText xml:space="preserve"> FORMCHECKBOX </w:instrText>
      </w:r>
      <w:r w:rsidR="002A2EB6">
        <w:rPr>
          <w:sz w:val="17"/>
        </w:rPr>
      </w:r>
      <w:r>
        <w:rPr>
          <w:sz w:val="17"/>
        </w:rPr>
        <w:fldChar w:fldCharType="separate"/>
      </w:r>
      <w:r>
        <w:rPr>
          <w:sz w:val="17"/>
        </w:rPr>
        <w:fldChar w:fldCharType="end"/>
      </w:r>
      <w:bookmarkEnd w:id="29"/>
      <w:r>
        <w:rPr>
          <w:sz w:val="17"/>
        </w:rPr>
        <w:t xml:space="preserve"> Potvrđujemo da igrači daju suglasnost za korištenje fotografija i videozapisa u promotivne i informativne svrhe natjecanja, Organizatora, partnera i sponzora.</w:t>
      </w:r>
      <w:r w:rsidR="00596A4E">
        <w:rPr>
          <w:sz w:val="17"/>
        </w:rPr>
        <w:t>*</w:t>
      </w:r>
    </w:p>
    <w:p w14:paraId="42564FB9" w14:textId="77777777" w:rsidR="007F5DB1" w:rsidRDefault="007F5DB1" w:rsidP="007F5DB1">
      <w:pPr>
        <w:spacing w:after="40"/>
      </w:pPr>
    </w:p>
    <w:tbl>
      <w:tblPr>
        <w:tblStyle w:val="TableGrid"/>
        <w:tblW w:w="0" w:type="auto"/>
        <w:jc w:val="center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ook w:val="04A0" w:firstRow="1" w:lastRow="0" w:firstColumn="1" w:lastColumn="0" w:noHBand="0" w:noVBand="1"/>
      </w:tblPr>
      <w:tblGrid>
        <w:gridCol w:w="2835"/>
        <w:gridCol w:w="6803"/>
      </w:tblGrid>
      <w:tr w:rsidR="00D158E5" w14:paraId="12D64B4F" w14:textId="77777777">
        <w:trPr>
          <w:jc w:val="center"/>
        </w:trPr>
        <w:tc>
          <w:tcPr>
            <w:tcW w:w="283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522112" w14:textId="642C7DC6" w:rsidR="00D158E5" w:rsidRDefault="00000000">
            <w:r>
              <w:rPr>
                <w:b/>
                <w:sz w:val="17"/>
              </w:rPr>
              <w:t>Datum prijave</w:t>
            </w:r>
            <w:r w:rsidR="00596A4E">
              <w:rPr>
                <w:b/>
                <w:sz w:val="17"/>
              </w:rPr>
              <w:t>*</w:t>
            </w:r>
          </w:p>
        </w:tc>
        <w:tc>
          <w:tcPr>
            <w:tcW w:w="680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CB5DB3" w14:textId="6774216F" w:rsidR="00D158E5" w:rsidRDefault="00596A4E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</w:tbl>
    <w:p w14:paraId="074F7806" w14:textId="2662CF1F" w:rsidR="005161ED" w:rsidRDefault="00596A4E" w:rsidP="00596A4E">
      <w:pPr>
        <w:ind w:firstLine="720"/>
        <w:rPr>
          <w:b/>
          <w:sz w:val="22"/>
        </w:rPr>
      </w:pPr>
      <w:r w:rsidRPr="00B155C9">
        <w:rPr>
          <w:bCs/>
          <w:sz w:val="15"/>
          <w:szCs w:val="15"/>
        </w:rPr>
        <w:t>*obavezn</w:t>
      </w:r>
      <w:r>
        <w:rPr>
          <w:bCs/>
          <w:sz w:val="15"/>
          <w:szCs w:val="15"/>
        </w:rPr>
        <w:t>o</w:t>
      </w:r>
      <w:r w:rsidRPr="00B155C9">
        <w:rPr>
          <w:bCs/>
          <w:sz w:val="15"/>
          <w:szCs w:val="15"/>
        </w:rPr>
        <w:t xml:space="preserve"> polj</w:t>
      </w:r>
      <w:r>
        <w:rPr>
          <w:bCs/>
          <w:sz w:val="15"/>
          <w:szCs w:val="15"/>
        </w:rPr>
        <w:t>e</w:t>
      </w:r>
    </w:p>
    <w:p w14:paraId="5CCBC250" w14:textId="5A741D85" w:rsidR="005161ED" w:rsidRDefault="005161ED" w:rsidP="005161ED">
      <w:pPr>
        <w:rPr>
          <w:b/>
          <w:sz w:val="22"/>
        </w:rPr>
      </w:pPr>
    </w:p>
    <w:p w14:paraId="37FC9DA6" w14:textId="77777777" w:rsidR="007F5DB1" w:rsidRDefault="007F5DB1" w:rsidP="005161ED"/>
    <w:p w14:paraId="285B82DC" w14:textId="77777777" w:rsidR="007F5DB1" w:rsidRDefault="007F5DB1" w:rsidP="005161ED"/>
    <w:p w14:paraId="00413C36" w14:textId="77777777" w:rsidR="007F5DB1" w:rsidRDefault="007F5DB1" w:rsidP="005161ED"/>
    <w:p w14:paraId="3C7D8061" w14:textId="77777777" w:rsidR="007F5DB1" w:rsidRDefault="007F5DB1" w:rsidP="005161ED"/>
    <w:p w14:paraId="2765AE7A" w14:textId="77777777" w:rsidR="007F5DB1" w:rsidRDefault="007F5DB1" w:rsidP="005161ED"/>
    <w:p w14:paraId="66B9EE90" w14:textId="77777777" w:rsidR="007F5DB1" w:rsidRDefault="007F5DB1" w:rsidP="005161ED"/>
    <w:tbl>
      <w:tblPr>
        <w:tblW w:w="0" w:type="auto"/>
        <w:jc w:val="center"/>
        <w:tblBorders>
          <w:top w:val="single" w:sz="6" w:space="0" w:color="A7B4C2"/>
          <w:left w:val="single" w:sz="6" w:space="0" w:color="A7B4C2"/>
          <w:bottom w:val="single" w:sz="6" w:space="0" w:color="A7B4C2"/>
          <w:right w:val="single" w:sz="6" w:space="0" w:color="A7B4C2"/>
          <w:insideH w:val="single" w:sz="6" w:space="0" w:color="A7B4C2"/>
          <w:insideV w:val="single" w:sz="6" w:space="0" w:color="A7B4C2"/>
        </w:tblBorders>
        <w:tblLook w:val="04A0" w:firstRow="1" w:lastRow="0" w:firstColumn="1" w:lastColumn="0" w:noHBand="0" w:noVBand="1"/>
      </w:tblPr>
      <w:tblGrid>
        <w:gridCol w:w="10766"/>
      </w:tblGrid>
      <w:tr w:rsidR="005161ED" w14:paraId="6A3D8B35" w14:textId="77777777" w:rsidTr="00357262">
        <w:trPr>
          <w:jc w:val="center"/>
        </w:trPr>
        <w:tc>
          <w:tcPr>
            <w:tcW w:w="10766" w:type="dxa"/>
            <w:shd w:val="clear" w:color="auto" w:fill="EEF2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EA6B5B" w14:textId="77777777" w:rsidR="005161ED" w:rsidRDefault="005161ED" w:rsidP="00357262">
            <w:r>
              <w:rPr>
                <w:b/>
              </w:rPr>
              <w:t>SPL 2026 - ključna pravila</w:t>
            </w:r>
          </w:p>
          <w:p w14:paraId="2F2531F0" w14:textId="77777777" w:rsidR="005161ED" w:rsidRDefault="005161ED" w:rsidP="00357262">
            <w:pPr>
              <w:spacing w:after="20"/>
              <w:ind w:left="170"/>
            </w:pPr>
            <w:r>
              <w:rPr>
                <w:sz w:val="17"/>
              </w:rPr>
              <w:t>- Svaka ekipa mora imati najmanje 2 prisutna prijavljena igrača za nastup u susretu.</w:t>
            </w:r>
          </w:p>
          <w:p w14:paraId="40F9A0A6" w14:textId="77777777" w:rsidR="005161ED" w:rsidRDefault="005161ED" w:rsidP="00357262">
            <w:pPr>
              <w:spacing w:after="20"/>
              <w:ind w:left="170"/>
            </w:pPr>
            <w:r>
              <w:rPr>
                <w:sz w:val="17"/>
              </w:rPr>
              <w:t>- Za svaki susret prijavljuju se 2 aktivna igrača; treći igrač može biti pričuva.</w:t>
            </w:r>
          </w:p>
          <w:p w14:paraId="4394DFB0" w14:textId="77777777" w:rsidR="005161ED" w:rsidRDefault="005161ED" w:rsidP="00357262">
            <w:pPr>
              <w:spacing w:after="20"/>
              <w:ind w:left="170"/>
            </w:pPr>
            <w:r>
              <w:rPr>
                <w:sz w:val="17"/>
              </w:rPr>
              <w:t>- Pojedinačni mečevi igraju se 501 Double Out, best of 3.</w:t>
            </w:r>
          </w:p>
          <w:p w14:paraId="4156458B" w14:textId="77777777" w:rsidR="005161ED" w:rsidRDefault="005161ED" w:rsidP="00357262">
            <w:pPr>
              <w:spacing w:after="20"/>
              <w:ind w:left="170"/>
            </w:pPr>
            <w:r>
              <w:rPr>
                <w:sz w:val="17"/>
              </w:rPr>
              <w:t>- Ako je nakon četiri pojedinačna meča rezultat 2:2, igra se odlučujući meč parova.</w:t>
            </w:r>
          </w:p>
          <w:p w14:paraId="25B6C0D6" w14:textId="77777777" w:rsidR="005161ED" w:rsidRDefault="005161ED" w:rsidP="00357262">
            <w:pPr>
              <w:spacing w:after="20"/>
              <w:ind w:left="170"/>
            </w:pPr>
            <w:r>
              <w:rPr>
                <w:sz w:val="17"/>
              </w:rPr>
              <w:t>- Ekipe su dužne biti prisutne najmanje 15 minuta prije zakazanog termina susreta.</w:t>
            </w:r>
          </w:p>
          <w:p w14:paraId="6F109553" w14:textId="77777777" w:rsidR="005161ED" w:rsidRDefault="005161ED" w:rsidP="00357262">
            <w:pPr>
              <w:spacing w:after="20"/>
              <w:ind w:left="170"/>
            </w:pPr>
            <w:r>
              <w:rPr>
                <w:sz w:val="17"/>
              </w:rPr>
              <w:t>- U slučaju nedolaska ili nedovoljnog broja igrača, susret se može registrirati službenim rezultatom 0:4.</w:t>
            </w:r>
          </w:p>
        </w:tc>
      </w:tr>
    </w:tbl>
    <w:p w14:paraId="5AFB6213" w14:textId="77777777" w:rsidR="005161ED" w:rsidRDefault="005161ED">
      <w:pPr>
        <w:rPr>
          <w:b/>
          <w:sz w:val="22"/>
        </w:rPr>
      </w:pPr>
    </w:p>
    <w:p w14:paraId="4437112D" w14:textId="77777777" w:rsidR="00596A4E" w:rsidRDefault="00596A4E">
      <w:pPr>
        <w:rPr>
          <w:b/>
          <w:color w:val="EE0000"/>
          <w:sz w:val="22"/>
        </w:rPr>
      </w:pPr>
    </w:p>
    <w:p w14:paraId="10B9015B" w14:textId="6E04AB93" w:rsidR="00D158E5" w:rsidRPr="005161ED" w:rsidRDefault="007F5DB1">
      <w:pPr>
        <w:rPr>
          <w:color w:val="EE0000"/>
        </w:rPr>
      </w:pPr>
      <w:r>
        <w:rPr>
          <w:b/>
          <w:color w:val="EE0000"/>
          <w:sz w:val="22"/>
        </w:rPr>
        <w:t>ISPUNJAVA ORGANIZATOR</w:t>
      </w:r>
    </w:p>
    <w:tbl>
      <w:tblPr>
        <w:tblStyle w:val="TableGrid"/>
        <w:tblW w:w="0" w:type="auto"/>
        <w:jc w:val="center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ook w:val="04A0" w:firstRow="1" w:lastRow="0" w:firstColumn="1" w:lastColumn="0" w:noHBand="0" w:noVBand="1"/>
      </w:tblPr>
      <w:tblGrid>
        <w:gridCol w:w="3005"/>
        <w:gridCol w:w="6633"/>
      </w:tblGrid>
      <w:tr w:rsidR="00D158E5" w14:paraId="7466182F" w14:textId="77777777">
        <w:trPr>
          <w:jc w:val="center"/>
        </w:trPr>
        <w:tc>
          <w:tcPr>
            <w:tcW w:w="300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75A8BF" w14:textId="77777777" w:rsidR="00D158E5" w:rsidRDefault="00000000">
            <w:r>
              <w:rPr>
                <w:b/>
                <w:sz w:val="17"/>
              </w:rPr>
              <w:t>Datum zaprimanja prijave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D77310" w14:textId="52DB09FF" w:rsidR="00D158E5" w:rsidRDefault="00C51FDD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D158E5" w14:paraId="24C42450" w14:textId="77777777">
        <w:trPr>
          <w:jc w:val="center"/>
        </w:trPr>
        <w:tc>
          <w:tcPr>
            <w:tcW w:w="300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BAA815" w14:textId="77777777" w:rsidR="00D158E5" w:rsidRDefault="00000000">
            <w:r>
              <w:rPr>
                <w:b/>
                <w:sz w:val="17"/>
              </w:rPr>
              <w:t>Status prijave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CEDB6A" w14:textId="644D77A5" w:rsidR="00D158E5" w:rsidRDefault="005161ED">
            <w:r>
              <w:rPr>
                <w:sz w:val="17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7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32"/>
            <w:r>
              <w:rPr>
                <w:sz w:val="17"/>
              </w:rPr>
              <w:t xml:space="preserve"> zaprimljeno   </w:t>
            </w:r>
            <w:r>
              <w:rPr>
                <w:sz w:val="17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6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33"/>
            <w:r>
              <w:rPr>
                <w:sz w:val="17"/>
              </w:rPr>
              <w:t xml:space="preserve"> prihvaćeno   </w:t>
            </w:r>
            <w:r>
              <w:rPr>
                <w:sz w:val="17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8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34"/>
            <w:r>
              <w:rPr>
                <w:sz w:val="17"/>
              </w:rPr>
              <w:t xml:space="preserve"> čeka uplatu   </w:t>
            </w:r>
            <w:r>
              <w:rPr>
                <w:sz w:val="17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9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35"/>
            <w:r>
              <w:rPr>
                <w:sz w:val="17"/>
              </w:rPr>
              <w:t xml:space="preserve"> uvjetno</w:t>
            </w:r>
            <w:r w:rsidR="00037A7B">
              <w:rPr>
                <w:sz w:val="17"/>
              </w:rPr>
              <w:t xml:space="preserve"> prihvaćeno</w:t>
            </w:r>
            <w:r>
              <w:rPr>
                <w:sz w:val="17"/>
              </w:rPr>
              <w:t xml:space="preserve">  </w:t>
            </w:r>
            <w:r>
              <w:rPr>
                <w:sz w:val="17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0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36"/>
            <w:r>
              <w:rPr>
                <w:sz w:val="17"/>
              </w:rPr>
              <w:t xml:space="preserve"> odbijeno</w:t>
            </w:r>
          </w:p>
        </w:tc>
      </w:tr>
      <w:tr w:rsidR="00D158E5" w14:paraId="78EC02B2" w14:textId="77777777">
        <w:trPr>
          <w:jc w:val="center"/>
        </w:trPr>
        <w:tc>
          <w:tcPr>
            <w:tcW w:w="300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B1CA63" w14:textId="77777777" w:rsidR="00D158E5" w:rsidRDefault="00000000">
            <w:r>
              <w:rPr>
                <w:b/>
                <w:sz w:val="17"/>
              </w:rPr>
              <w:t>Kotizacija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ADE9B8" w14:textId="7A3C2FA4" w:rsidR="00D158E5" w:rsidRDefault="005161ED">
            <w:r>
              <w:rPr>
                <w:sz w:val="17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1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37"/>
            <w:r>
              <w:rPr>
                <w:sz w:val="17"/>
              </w:rPr>
              <w:t xml:space="preserve"> plaćena    </w:t>
            </w:r>
            <w:r>
              <w:rPr>
                <w:sz w:val="17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2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38"/>
            <w:r>
              <w:rPr>
                <w:sz w:val="17"/>
              </w:rPr>
              <w:t xml:space="preserve"> nije plaćena    Iznos: </w:t>
            </w:r>
            <w:r w:rsidR="00C51FDD">
              <w:rPr>
                <w:sz w:val="17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9" w:name="Text30"/>
            <w:r w:rsidR="00C51FDD">
              <w:rPr>
                <w:sz w:val="17"/>
              </w:rPr>
              <w:instrText xml:space="preserve"> FORMTEXT </w:instrText>
            </w:r>
            <w:r w:rsidR="00C51FDD">
              <w:rPr>
                <w:sz w:val="17"/>
              </w:rPr>
            </w:r>
            <w:r w:rsidR="00C51FDD">
              <w:rPr>
                <w:sz w:val="17"/>
              </w:rPr>
              <w:fldChar w:fldCharType="separate"/>
            </w:r>
            <w:r w:rsidR="002A2EB6">
              <w:rPr>
                <w:noProof/>
                <w:sz w:val="17"/>
              </w:rPr>
              <w:t> </w:t>
            </w:r>
            <w:r w:rsidR="002A2EB6">
              <w:rPr>
                <w:noProof/>
                <w:sz w:val="17"/>
              </w:rPr>
              <w:t> </w:t>
            </w:r>
            <w:r w:rsidR="002A2EB6">
              <w:rPr>
                <w:noProof/>
                <w:sz w:val="17"/>
              </w:rPr>
              <w:t> </w:t>
            </w:r>
            <w:r w:rsidR="002A2EB6">
              <w:rPr>
                <w:noProof/>
                <w:sz w:val="17"/>
              </w:rPr>
              <w:t> </w:t>
            </w:r>
            <w:r w:rsidR="002A2EB6">
              <w:rPr>
                <w:noProof/>
                <w:sz w:val="17"/>
              </w:rPr>
              <w:t> </w:t>
            </w:r>
            <w:r w:rsidR="00C51FDD">
              <w:rPr>
                <w:sz w:val="17"/>
              </w:rPr>
              <w:fldChar w:fldCharType="end"/>
            </w:r>
            <w:bookmarkEnd w:id="39"/>
            <w:r w:rsidR="00C51FDD">
              <w:rPr>
                <w:sz w:val="17"/>
              </w:rPr>
              <w:t xml:space="preserve"> </w:t>
            </w:r>
            <w:r>
              <w:rPr>
                <w:sz w:val="17"/>
              </w:rPr>
              <w:t xml:space="preserve">EUR    Datum: </w:t>
            </w:r>
            <w:r w:rsidR="00C51FDD">
              <w:rPr>
                <w:sz w:val="17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0" w:name="Text31"/>
            <w:r w:rsidR="00C51FDD">
              <w:rPr>
                <w:sz w:val="17"/>
              </w:rPr>
              <w:instrText xml:space="preserve"> FORMTEXT </w:instrText>
            </w:r>
            <w:r w:rsidR="00C51FDD">
              <w:rPr>
                <w:sz w:val="17"/>
              </w:rPr>
            </w:r>
            <w:r w:rsidR="00C51FDD">
              <w:rPr>
                <w:sz w:val="17"/>
              </w:rPr>
              <w:fldChar w:fldCharType="separate"/>
            </w:r>
            <w:r w:rsidR="002A2EB6">
              <w:rPr>
                <w:noProof/>
                <w:sz w:val="17"/>
              </w:rPr>
              <w:t> </w:t>
            </w:r>
            <w:r w:rsidR="002A2EB6">
              <w:rPr>
                <w:noProof/>
                <w:sz w:val="17"/>
              </w:rPr>
              <w:t> </w:t>
            </w:r>
            <w:r w:rsidR="002A2EB6">
              <w:rPr>
                <w:noProof/>
                <w:sz w:val="17"/>
              </w:rPr>
              <w:t> </w:t>
            </w:r>
            <w:r w:rsidR="002A2EB6">
              <w:rPr>
                <w:noProof/>
                <w:sz w:val="17"/>
              </w:rPr>
              <w:t> </w:t>
            </w:r>
            <w:r w:rsidR="002A2EB6">
              <w:rPr>
                <w:noProof/>
                <w:sz w:val="17"/>
              </w:rPr>
              <w:t> </w:t>
            </w:r>
            <w:r w:rsidR="00C51FDD">
              <w:rPr>
                <w:sz w:val="17"/>
              </w:rPr>
              <w:fldChar w:fldCharType="end"/>
            </w:r>
            <w:bookmarkEnd w:id="40"/>
          </w:p>
        </w:tc>
      </w:tr>
      <w:tr w:rsidR="00D158E5" w14:paraId="543E6335" w14:textId="77777777">
        <w:trPr>
          <w:jc w:val="center"/>
        </w:trPr>
        <w:tc>
          <w:tcPr>
            <w:tcW w:w="300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30521D" w14:textId="77777777" w:rsidR="00D158E5" w:rsidRDefault="00000000">
            <w:r>
              <w:rPr>
                <w:b/>
                <w:sz w:val="17"/>
              </w:rPr>
              <w:t>Provjera studentskog statusa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CAE84C" w14:textId="50009BA5" w:rsidR="00D158E5" w:rsidRDefault="005161ED">
            <w:r>
              <w:rPr>
                <w:sz w:val="17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3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41"/>
            <w:r>
              <w:rPr>
                <w:sz w:val="17"/>
              </w:rPr>
              <w:t xml:space="preserve"> nije potrebna    </w:t>
            </w:r>
            <w:r>
              <w:rPr>
                <w:sz w:val="17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4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42"/>
            <w:r>
              <w:rPr>
                <w:sz w:val="17"/>
              </w:rPr>
              <w:t xml:space="preserve"> zatražena    </w:t>
            </w:r>
            <w:r>
              <w:rPr>
                <w:sz w:val="17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15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43"/>
            <w:r>
              <w:rPr>
                <w:sz w:val="17"/>
              </w:rPr>
              <w:t xml:space="preserve"> dostavljeno    </w:t>
            </w:r>
            <w:r>
              <w:rPr>
                <w:sz w:val="17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16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44"/>
            <w:r>
              <w:rPr>
                <w:sz w:val="17"/>
              </w:rPr>
              <w:t xml:space="preserve"> nije dostavljeno</w:t>
            </w:r>
          </w:p>
        </w:tc>
      </w:tr>
      <w:tr w:rsidR="00D158E5" w14:paraId="5235822E" w14:textId="77777777">
        <w:trPr>
          <w:jc w:val="center"/>
        </w:trPr>
        <w:tc>
          <w:tcPr>
            <w:tcW w:w="300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70B98C" w14:textId="77777777" w:rsidR="00D158E5" w:rsidRDefault="00000000">
            <w:r>
              <w:rPr>
                <w:b/>
                <w:sz w:val="17"/>
              </w:rPr>
              <w:t>Konačna odluka Organizatora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8B3323" w14:textId="5B691A2B" w:rsidR="00D158E5" w:rsidRDefault="005161ED">
            <w:r>
              <w:rPr>
                <w:sz w:val="17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7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45"/>
            <w:r>
              <w:rPr>
                <w:sz w:val="17"/>
              </w:rPr>
              <w:t xml:space="preserve"> ekipa prihvaćena    </w:t>
            </w:r>
            <w:r>
              <w:rPr>
                <w:sz w:val="17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8"/>
            <w:r>
              <w:rPr>
                <w:sz w:val="17"/>
              </w:rPr>
              <w:instrText xml:space="preserve"> FORMCHECKBOX </w:instrText>
            </w:r>
            <w:r w:rsidR="002A2EB6">
              <w:rPr>
                <w:sz w:val="17"/>
              </w:rPr>
            </w:r>
            <w:r>
              <w:rPr>
                <w:sz w:val="17"/>
              </w:rPr>
              <w:fldChar w:fldCharType="separate"/>
            </w:r>
            <w:r>
              <w:rPr>
                <w:sz w:val="17"/>
              </w:rPr>
              <w:fldChar w:fldCharType="end"/>
            </w:r>
            <w:bookmarkEnd w:id="46"/>
            <w:r>
              <w:rPr>
                <w:sz w:val="17"/>
              </w:rPr>
              <w:t xml:space="preserve"> ekipa nije prihvaćena</w:t>
            </w:r>
          </w:p>
        </w:tc>
      </w:tr>
      <w:tr w:rsidR="00D158E5" w14:paraId="730F79E3" w14:textId="77777777">
        <w:trPr>
          <w:jc w:val="center"/>
        </w:trPr>
        <w:tc>
          <w:tcPr>
            <w:tcW w:w="3005" w:type="dxa"/>
            <w:shd w:val="clear" w:color="auto" w:fill="EEF2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D00EF4" w14:textId="77777777" w:rsidR="00D158E5" w:rsidRDefault="00000000">
            <w:r>
              <w:rPr>
                <w:b/>
                <w:sz w:val="17"/>
              </w:rPr>
              <w:t>Napomena Organizatora</w:t>
            </w:r>
          </w:p>
        </w:tc>
        <w:tc>
          <w:tcPr>
            <w:tcW w:w="663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DA8439" w14:textId="437E6E80" w:rsidR="00D158E5" w:rsidRDefault="00C51FDD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7" w:name="Text29"/>
            <w:r>
              <w:instrText xml:space="preserve"> FORMTEXT </w:instrText>
            </w:r>
            <w:r>
              <w:fldChar w:fldCharType="separate"/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 w:rsidR="002A2EB6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</w:tbl>
    <w:p w14:paraId="601B0BE6" w14:textId="77777777" w:rsidR="005161ED" w:rsidRDefault="005161ED">
      <w:pPr>
        <w:rPr>
          <w:b/>
          <w:sz w:val="22"/>
        </w:rPr>
      </w:pPr>
    </w:p>
    <w:p w14:paraId="223A88C0" w14:textId="77777777" w:rsidR="0023729A" w:rsidRDefault="0023729A"/>
    <w:p w14:paraId="4BDF4B88" w14:textId="77777777" w:rsidR="005161ED" w:rsidRPr="005161ED" w:rsidRDefault="005161ED" w:rsidP="005161ED"/>
    <w:p w14:paraId="480B8401" w14:textId="77777777" w:rsidR="005161ED" w:rsidRPr="005161ED" w:rsidRDefault="005161ED" w:rsidP="005161ED"/>
    <w:p w14:paraId="6BAAF0C8" w14:textId="77777777" w:rsidR="005161ED" w:rsidRPr="005161ED" w:rsidRDefault="005161ED" w:rsidP="005161ED"/>
    <w:p w14:paraId="2653D96E" w14:textId="77777777" w:rsidR="005161ED" w:rsidRPr="005161ED" w:rsidRDefault="005161ED" w:rsidP="005161ED"/>
    <w:p w14:paraId="3345859F" w14:textId="77777777" w:rsidR="005161ED" w:rsidRPr="005161ED" w:rsidRDefault="005161ED" w:rsidP="005161ED"/>
    <w:p w14:paraId="39CB6188" w14:textId="77777777" w:rsidR="005161ED" w:rsidRPr="005161ED" w:rsidRDefault="005161ED" w:rsidP="005161ED"/>
    <w:p w14:paraId="48F7F46C" w14:textId="77777777" w:rsidR="005161ED" w:rsidRPr="005161ED" w:rsidRDefault="005161ED" w:rsidP="005161ED"/>
    <w:p w14:paraId="2C7C2447" w14:textId="77777777" w:rsidR="005161ED" w:rsidRPr="005161ED" w:rsidRDefault="005161ED" w:rsidP="005161ED"/>
    <w:p w14:paraId="5F3C460A" w14:textId="77777777" w:rsidR="005161ED" w:rsidRPr="005161ED" w:rsidRDefault="005161ED" w:rsidP="005161ED"/>
    <w:p w14:paraId="12F362F5" w14:textId="77777777" w:rsidR="005161ED" w:rsidRPr="005161ED" w:rsidRDefault="005161ED" w:rsidP="005161ED"/>
    <w:p w14:paraId="0040B45C" w14:textId="77777777" w:rsidR="005161ED" w:rsidRPr="005161ED" w:rsidRDefault="005161ED" w:rsidP="005161ED"/>
    <w:p w14:paraId="25D66A02" w14:textId="77777777" w:rsidR="005161ED" w:rsidRPr="005161ED" w:rsidRDefault="005161ED" w:rsidP="005161ED"/>
    <w:p w14:paraId="7474560B" w14:textId="77777777" w:rsidR="005161ED" w:rsidRPr="005161ED" w:rsidRDefault="005161ED" w:rsidP="005161ED"/>
    <w:p w14:paraId="1656A781" w14:textId="77777777" w:rsidR="005161ED" w:rsidRPr="005161ED" w:rsidRDefault="005161ED" w:rsidP="005161ED"/>
    <w:p w14:paraId="55D324A9" w14:textId="77777777" w:rsidR="005161ED" w:rsidRPr="005161ED" w:rsidRDefault="005161ED" w:rsidP="005161ED"/>
    <w:p w14:paraId="453972BC" w14:textId="77777777" w:rsidR="005161ED" w:rsidRPr="005161ED" w:rsidRDefault="005161ED" w:rsidP="005161ED"/>
    <w:p w14:paraId="5EE5BA1F" w14:textId="77777777" w:rsidR="005161ED" w:rsidRPr="005161ED" w:rsidRDefault="005161ED" w:rsidP="005161ED"/>
    <w:p w14:paraId="6E106BEE" w14:textId="77777777" w:rsidR="005161ED" w:rsidRDefault="005161ED" w:rsidP="005161ED"/>
    <w:p w14:paraId="13607707" w14:textId="76C30CEC" w:rsidR="005161ED" w:rsidRPr="005161ED" w:rsidRDefault="005161ED" w:rsidP="005161ED">
      <w:pPr>
        <w:tabs>
          <w:tab w:val="left" w:pos="4471"/>
        </w:tabs>
      </w:pPr>
      <w:r>
        <w:tab/>
      </w:r>
    </w:p>
    <w:sectPr w:rsidR="005161ED" w:rsidRPr="005161ED" w:rsidSect="00034616">
      <w:headerReference w:type="default" r:id="rId8"/>
      <w:footerReference w:type="default" r:id="rId9"/>
      <w:pgSz w:w="12240" w:h="15840"/>
      <w:pgMar w:top="737" w:right="737" w:bottom="680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CBAF" w14:textId="77777777" w:rsidR="006B410A" w:rsidRDefault="006B410A">
      <w:pPr>
        <w:spacing w:after="0" w:line="240" w:lineRule="auto"/>
      </w:pPr>
      <w:r>
        <w:separator/>
      </w:r>
    </w:p>
  </w:endnote>
  <w:endnote w:type="continuationSeparator" w:id="0">
    <w:p w14:paraId="12145542" w14:textId="77777777" w:rsidR="006B410A" w:rsidRDefault="006B4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0BC1" w14:textId="1E096D40" w:rsidR="00D158E5" w:rsidRDefault="00000000">
    <w:pPr>
      <w:pStyle w:val="Footer"/>
      <w:jc w:val="center"/>
    </w:pPr>
    <w:r>
      <w:rPr>
        <w:sz w:val="16"/>
      </w:rPr>
      <w:t>Studentski.hr | spl@studentski.hr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15C94" w14:textId="77777777" w:rsidR="006B410A" w:rsidRDefault="006B410A">
      <w:pPr>
        <w:spacing w:after="0" w:line="240" w:lineRule="auto"/>
      </w:pPr>
      <w:r>
        <w:separator/>
      </w:r>
    </w:p>
  </w:footnote>
  <w:footnote w:type="continuationSeparator" w:id="0">
    <w:p w14:paraId="1A714B4C" w14:textId="77777777" w:rsidR="006B410A" w:rsidRDefault="006B4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6D0D" w14:textId="77777777" w:rsidR="00B155C9" w:rsidRDefault="00B155C9" w:rsidP="00B155C9">
    <w:pPr>
      <w:pStyle w:val="Header"/>
      <w:jc w:val="center"/>
      <w:rPr>
        <w:b/>
        <w:sz w:val="16"/>
      </w:rPr>
    </w:pPr>
    <w:r>
      <w:rPr>
        <w:b/>
        <w:noProof/>
        <w:sz w:val="16"/>
      </w:rPr>
      <w:drawing>
        <wp:inline distT="0" distB="0" distL="0" distR="0" wp14:anchorId="42F21DCC" wp14:editId="4E2BF589">
          <wp:extent cx="1499191" cy="735949"/>
          <wp:effectExtent l="0" t="0" r="0" b="1270"/>
          <wp:docPr id="3327463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528070" name="Picture 613528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2525" cy="747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43D9B7" w14:textId="77777777" w:rsidR="00B155C9" w:rsidRDefault="00B155C9" w:rsidP="00B155C9">
    <w:pPr>
      <w:pStyle w:val="Header"/>
      <w:jc w:val="center"/>
      <w:rPr>
        <w:b/>
        <w:sz w:val="16"/>
      </w:rPr>
    </w:pPr>
  </w:p>
  <w:p w14:paraId="29250A7D" w14:textId="090F4B3F" w:rsidR="00D158E5" w:rsidRPr="00B155C9" w:rsidRDefault="00000000" w:rsidP="00B155C9">
    <w:pPr>
      <w:pStyle w:val="Header"/>
      <w:jc w:val="center"/>
      <w:rPr>
        <w:b/>
        <w:sz w:val="16"/>
      </w:rPr>
    </w:pPr>
    <w:r>
      <w:rPr>
        <w:b/>
        <w:sz w:val="16"/>
      </w:rPr>
      <w:t xml:space="preserve">SPL | </w:t>
    </w:r>
    <w:proofErr w:type="spellStart"/>
    <w:r>
      <w:rPr>
        <w:b/>
        <w:sz w:val="16"/>
      </w:rPr>
      <w:t>Studentska</w:t>
    </w:r>
    <w:proofErr w:type="spellEnd"/>
    <w:r>
      <w:rPr>
        <w:b/>
        <w:sz w:val="16"/>
      </w:rPr>
      <w:t xml:space="preserve"> </w:t>
    </w:r>
    <w:proofErr w:type="spellStart"/>
    <w:r>
      <w:rPr>
        <w:b/>
        <w:sz w:val="16"/>
      </w:rPr>
      <w:t>pikado</w:t>
    </w:r>
    <w:proofErr w:type="spellEnd"/>
    <w:r>
      <w:rPr>
        <w:b/>
        <w:sz w:val="16"/>
      </w:rPr>
      <w:t xml:space="preserve"> </w:t>
    </w:r>
    <w:proofErr w:type="spellStart"/>
    <w:r>
      <w:rPr>
        <w:b/>
        <w:sz w:val="16"/>
      </w:rPr>
      <w:t>liga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6045286">
    <w:abstractNumId w:val="8"/>
  </w:num>
  <w:num w:numId="2" w16cid:durableId="192151970">
    <w:abstractNumId w:val="6"/>
  </w:num>
  <w:num w:numId="3" w16cid:durableId="1124151382">
    <w:abstractNumId w:val="5"/>
  </w:num>
  <w:num w:numId="4" w16cid:durableId="170878361">
    <w:abstractNumId w:val="4"/>
  </w:num>
  <w:num w:numId="5" w16cid:durableId="2020422424">
    <w:abstractNumId w:val="7"/>
  </w:num>
  <w:num w:numId="6" w16cid:durableId="788203267">
    <w:abstractNumId w:val="3"/>
  </w:num>
  <w:num w:numId="7" w16cid:durableId="1166240638">
    <w:abstractNumId w:val="2"/>
  </w:num>
  <w:num w:numId="8" w16cid:durableId="279411704">
    <w:abstractNumId w:val="1"/>
  </w:num>
  <w:num w:numId="9" w16cid:durableId="185900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A7B"/>
    <w:rsid w:val="0006063C"/>
    <w:rsid w:val="0015074B"/>
    <w:rsid w:val="00153F1A"/>
    <w:rsid w:val="001A2F84"/>
    <w:rsid w:val="0023729A"/>
    <w:rsid w:val="0029639D"/>
    <w:rsid w:val="002A2EB6"/>
    <w:rsid w:val="00326F90"/>
    <w:rsid w:val="005161ED"/>
    <w:rsid w:val="00596A4E"/>
    <w:rsid w:val="006B410A"/>
    <w:rsid w:val="006C539D"/>
    <w:rsid w:val="007F5DB1"/>
    <w:rsid w:val="00A81602"/>
    <w:rsid w:val="00AA1D8D"/>
    <w:rsid w:val="00B155C9"/>
    <w:rsid w:val="00B47730"/>
    <w:rsid w:val="00C51FDD"/>
    <w:rsid w:val="00CB0664"/>
    <w:rsid w:val="00D158E5"/>
    <w:rsid w:val="00DE71FF"/>
    <w:rsid w:val="00DF4F66"/>
    <w:rsid w:val="00F729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0699C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560</Words>
  <Characters>3192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2</cp:revision>
  <cp:lastPrinted>2026-05-14T13:53:00Z</cp:lastPrinted>
  <dcterms:created xsi:type="dcterms:W3CDTF">2026-05-14T13:53:00Z</dcterms:created>
  <dcterms:modified xsi:type="dcterms:W3CDTF">2026-05-14T15:18:00Z</dcterms:modified>
  <cp:category/>
</cp:coreProperties>
</file>